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011FA" w14:textId="77777777" w:rsidR="001B01C5" w:rsidRDefault="008C3AC6">
      <w:pPr>
        <w:pStyle w:val="Title"/>
        <w:jc w:val="center"/>
      </w:pPr>
      <w:r>
        <w:t>Thrive Together Tutoring</w:t>
      </w:r>
      <w:r>
        <w:br/>
        <w:t>Privacy Notice</w:t>
      </w:r>
    </w:p>
    <w:p w14:paraId="655E6335" w14:textId="77777777" w:rsidR="001B01C5" w:rsidRDefault="008C3AC6">
      <w:pPr>
        <w:jc w:val="center"/>
      </w:pPr>
      <w:r>
        <w:rPr>
          <w:b/>
        </w:rPr>
        <w:t>Last updated: 12 September 2026</w:t>
      </w:r>
    </w:p>
    <w:p w14:paraId="7110DBB7" w14:textId="77777777" w:rsidR="001B01C5" w:rsidRDefault="008C3AC6">
      <w:r>
        <w:t>This Privacy Notice explains how Thrive Together Tutoring collects, uses, stores and shares personal information when you use our tutoring services, visit our website, contact us, or sign up to receive a free resource or marketing emails.</w:t>
      </w:r>
    </w:p>
    <w:p w14:paraId="2EC9F82A" w14:textId="77777777" w:rsidR="001B01C5" w:rsidRDefault="008C3AC6">
      <w:pPr>
        <w:pStyle w:val="Heading1"/>
      </w:pPr>
      <w:r>
        <w:t>1. Who we are</w:t>
      </w:r>
    </w:p>
    <w:p w14:paraId="15422054" w14:textId="77777777" w:rsidR="001B01C5" w:rsidRDefault="008C3AC6">
      <w:r>
        <w:t>Thrive Together Tutoring is the data controller responsible for the personal information described in this notice. This means we decide why and how that information is used.</w:t>
      </w:r>
    </w:p>
    <w:p w14:paraId="24DEEB6B" w14:textId="77777777" w:rsidR="001B01C5" w:rsidRDefault="008C3AC6">
      <w:r>
        <w:t>Contact details:</w:t>
      </w:r>
    </w:p>
    <w:p w14:paraId="16FA247E" w14:textId="77777777" w:rsidR="001B01C5" w:rsidRDefault="008C3AC6">
      <w:pPr>
        <w:pStyle w:val="ListBullet"/>
      </w:pPr>
      <w:r>
        <w:t>Email: thrivetogethertutoringuk@gmail.com</w:t>
      </w:r>
    </w:p>
    <w:p w14:paraId="385A316A" w14:textId="77777777" w:rsidR="001B01C5" w:rsidRDefault="008C3AC6">
      <w:pPr>
        <w:pStyle w:val="Heading1"/>
      </w:pPr>
      <w:r>
        <w:t>2. The information we collect</w:t>
      </w:r>
    </w:p>
    <w:p w14:paraId="77268513" w14:textId="77777777" w:rsidR="001B01C5" w:rsidRDefault="008C3AC6">
      <w:r>
        <w:t>D</w:t>
      </w:r>
      <w:r>
        <w:t>epending on how you interact with us, we may collect:</w:t>
      </w:r>
    </w:p>
    <w:p w14:paraId="1BCC1461" w14:textId="77777777" w:rsidR="001B01C5" w:rsidRDefault="008C3AC6">
      <w:pPr>
        <w:pStyle w:val="ListBullet"/>
      </w:pPr>
      <w:r>
        <w:t>Contact information, such as your name, email address, telephone number and address.</w:t>
      </w:r>
    </w:p>
    <w:p w14:paraId="7F36850E" w14:textId="77777777" w:rsidR="001B01C5" w:rsidRDefault="008C3AC6">
      <w:pPr>
        <w:pStyle w:val="ListBullet"/>
      </w:pPr>
      <w:r>
        <w:t>Information about a parent or guardian and the child or young person receiving tutoring.</w:t>
      </w:r>
    </w:p>
    <w:p w14:paraId="699B76A6" w14:textId="77777777" w:rsidR="001B01C5" w:rsidRDefault="008C3AC6">
      <w:pPr>
        <w:pStyle w:val="ListBullet"/>
      </w:pPr>
      <w:r>
        <w:t>Educational information, such as age, educational background, learning needs, goals and information relevant to tutoring.</w:t>
      </w:r>
    </w:p>
    <w:p w14:paraId="0C23B538" w14:textId="77777777" w:rsidR="001B01C5" w:rsidRDefault="008C3AC6">
      <w:pPr>
        <w:pStyle w:val="ListBullet"/>
      </w:pPr>
      <w:r>
        <w:t>Tutoring records, including session arrangements, notes, communications and materials shared in connection with tutoring.</w:t>
      </w:r>
    </w:p>
    <w:p w14:paraId="50EBE2EF" w14:textId="77777777" w:rsidR="001B01C5" w:rsidRDefault="008C3AC6">
      <w:pPr>
        <w:pStyle w:val="ListBullet"/>
      </w:pPr>
      <w:r>
        <w:t>Enquiry and communication information provided through our website, email, Facebook or Instagram.</w:t>
      </w:r>
    </w:p>
    <w:p w14:paraId="046DD082" w14:textId="77777777" w:rsidR="001B01C5" w:rsidRDefault="008C3AC6">
      <w:pPr>
        <w:pStyle w:val="ListBullet"/>
      </w:pPr>
      <w:r>
        <w:t>Payment and transaction information needed to identify and record payments made to us by bank transfer. We do not take or store credit or debit card details.</w:t>
      </w:r>
    </w:p>
    <w:p w14:paraId="03E4AB00" w14:textId="77777777" w:rsidR="001B01C5" w:rsidRDefault="008C3AC6">
      <w:pPr>
        <w:pStyle w:val="ListBullet"/>
      </w:pPr>
      <w:r>
        <w:t>Marketing information, such as your name, email address, marketing preferences and records of consent where you sign up for a free resource or our mailing list.</w:t>
      </w:r>
    </w:p>
    <w:p w14:paraId="7680D312" w14:textId="77777777" w:rsidR="001B01C5" w:rsidRDefault="008C3AC6">
      <w:pPr>
        <w:pStyle w:val="ListBullet"/>
      </w:pPr>
      <w:r>
        <w:t>Website and technical information that may be collected automatically through Wix and cookies or similar technologies, such as IP address, device/browser information and website usage information.</w:t>
      </w:r>
    </w:p>
    <w:p w14:paraId="472E62F5" w14:textId="77777777" w:rsidR="001B01C5" w:rsidRDefault="008C3AC6">
      <w:pPr>
        <w:pStyle w:val="Heading1"/>
      </w:pPr>
      <w:r>
        <w:t>3. How we collect personal information</w:t>
      </w:r>
    </w:p>
    <w:p w14:paraId="59972FF0" w14:textId="77777777" w:rsidR="001B01C5" w:rsidRDefault="008C3AC6">
      <w:r>
        <w:t>We may collect personal information directly from you when you:</w:t>
      </w:r>
    </w:p>
    <w:p w14:paraId="1816E959" w14:textId="77777777" w:rsidR="001B01C5" w:rsidRDefault="008C3AC6">
      <w:pPr>
        <w:pStyle w:val="ListBullet"/>
      </w:pPr>
      <w:r>
        <w:t>contact us by email, through our website, or by direct message on Facebook or Instagram;</w:t>
      </w:r>
    </w:p>
    <w:p w14:paraId="4202C908" w14:textId="77777777" w:rsidR="001B01C5" w:rsidRDefault="008C3AC6">
      <w:pPr>
        <w:pStyle w:val="ListBullet"/>
      </w:pPr>
      <w:r>
        <w:t>enquire about, arrange or receive tutoring services;</w:t>
      </w:r>
    </w:p>
    <w:p w14:paraId="7FE71F9A" w14:textId="77777777" w:rsidR="001B01C5" w:rsidRDefault="008C3AC6">
      <w:pPr>
        <w:pStyle w:val="ListBullet"/>
      </w:pPr>
      <w:r>
        <w:t>provide information about a child or young person for whom you are responsible;</w:t>
      </w:r>
    </w:p>
    <w:p w14:paraId="60B46622" w14:textId="77777777" w:rsidR="001B01C5" w:rsidRDefault="008C3AC6">
      <w:pPr>
        <w:pStyle w:val="ListBullet"/>
      </w:pPr>
      <w:r>
        <w:t>make a payment to us by bank transfer; or</w:t>
      </w:r>
    </w:p>
    <w:p w14:paraId="03BF04B1" w14:textId="77777777" w:rsidR="001B01C5" w:rsidRDefault="008C3AC6">
      <w:pPr>
        <w:pStyle w:val="ListBullet"/>
      </w:pPr>
      <w:r>
        <w:t>request a free resource or choose to join our mailing list.</w:t>
      </w:r>
    </w:p>
    <w:p w14:paraId="5223A1B6" w14:textId="77777777" w:rsidR="001B01C5" w:rsidRDefault="008C3AC6">
      <w:r>
        <w:lastRenderedPageBreak/>
        <w:t>We may also receive information about a pupil from their parent or guardian. Website and technical information may be collected automatically through Wix and the technologies used on our website.</w:t>
      </w:r>
    </w:p>
    <w:p w14:paraId="3BFFB1C9" w14:textId="77777777" w:rsidR="001B01C5" w:rsidRDefault="008C3AC6">
      <w:pPr>
        <w:pStyle w:val="Heading1"/>
      </w:pPr>
      <w:r>
        <w:t>4. How and why we use your information</w:t>
      </w:r>
    </w:p>
    <w:p w14:paraId="5B5450B9" w14:textId="77777777" w:rsidR="001B01C5" w:rsidRDefault="008C3AC6">
      <w:r>
        <w:t>We use personal information only where we have an appropriate lawful basis. In particular, we may use it:</w:t>
      </w:r>
    </w:p>
    <w:p w14:paraId="4CA9A7D7" w14:textId="77777777" w:rsidR="001B01C5" w:rsidRDefault="008C3AC6">
      <w:pPr>
        <w:pStyle w:val="ListBullet"/>
      </w:pPr>
      <w:r>
        <w:t>To respond to enquiries and take steps at your request before entering into a tutoring arrangement.</w:t>
      </w:r>
    </w:p>
    <w:p w14:paraId="2398CCC2" w14:textId="77777777" w:rsidR="001B01C5" w:rsidRDefault="008C3AC6">
      <w:pPr>
        <w:pStyle w:val="ListBullet"/>
      </w:pPr>
      <w:r>
        <w:t>To arrange, provide and manage tutoring services and communicate about sessions, where this is necessary to perform our contract with you.</w:t>
      </w:r>
    </w:p>
    <w:p w14:paraId="37F3E64D" w14:textId="77777777" w:rsidR="001B01C5" w:rsidRDefault="008C3AC6">
      <w:pPr>
        <w:pStyle w:val="ListBullet"/>
      </w:pPr>
      <w:r>
        <w:t>To keep appropriate business, payment and accounting records and comply with our legal obligations.</w:t>
      </w:r>
    </w:p>
    <w:p w14:paraId="22D6D7D0" w14:textId="77777777" w:rsidR="001B01C5" w:rsidRDefault="008C3AC6">
      <w:pPr>
        <w:pStyle w:val="ListBullet"/>
      </w:pPr>
      <w:r>
        <w:t>To administer and protect our business and website, where necessary for our legitimate interests in running a safe and effective tutoring business.</w:t>
      </w:r>
    </w:p>
    <w:p w14:paraId="2722171D" w14:textId="77777777" w:rsidR="001B01C5" w:rsidRDefault="008C3AC6">
      <w:pPr>
        <w:pStyle w:val="ListBullet"/>
      </w:pPr>
      <w:r>
        <w:t>To improve and manage our services, where this is compatible with our legitimate business interests and your rights.</w:t>
      </w:r>
    </w:p>
    <w:p w14:paraId="61DD7120" w14:textId="77777777" w:rsidR="001B01C5" w:rsidRDefault="008C3AC6">
      <w:pPr>
        <w:pStyle w:val="ListBullet"/>
      </w:pPr>
      <w:r>
        <w:t>To send marketing emails where you have given the consent required for us to do so.</w:t>
      </w:r>
    </w:p>
    <w:p w14:paraId="0749BE4E" w14:textId="77777777" w:rsidR="001B01C5" w:rsidRDefault="008C3AC6">
      <w:r>
        <w:t>Where we rely on consent, you can withdraw that consent at any time. Withdrawing consent does not affect the lawfulness of processing carried out before it was withdrawn.</w:t>
      </w:r>
    </w:p>
    <w:p w14:paraId="33167C78" w14:textId="77777777" w:rsidR="001B01C5" w:rsidRDefault="008C3AC6">
      <w:pPr>
        <w:pStyle w:val="Heading1"/>
      </w:pPr>
      <w:r>
        <w:t>5. Children and young people's information</w:t>
      </w:r>
    </w:p>
    <w:p w14:paraId="00B1E209" w14:textId="77777777" w:rsidR="001B01C5" w:rsidRDefault="008C3AC6">
      <w:r>
        <w:t>As a tutoring service, we may need to process personal information about children and young people. We aim to collect only the information reasonably needed to provide and manage tutoring and to protect that information appropriately. Information about a pupil may be supplied by a parent or guardian as well as by the pupil themselves.</w:t>
      </w:r>
    </w:p>
    <w:p w14:paraId="43392FF6" w14:textId="77777777" w:rsidR="001B01C5" w:rsidRDefault="008C3AC6">
      <w:r>
        <w:t>Our general mailing list and free-resource marketing is intended for parents, carers and other adults. We do not intentionally use pupils' personal information for direct marketing. If this changes, we will review the relevant consent, transparency and child-data requirements before doing so.</w:t>
      </w:r>
    </w:p>
    <w:p w14:paraId="03F1CF28" w14:textId="77777777" w:rsidR="001B01C5" w:rsidRDefault="008C3AC6">
      <w:pPr>
        <w:pStyle w:val="Heading1"/>
      </w:pPr>
      <w:r>
        <w:t>6. Email marketing</w:t>
      </w:r>
    </w:p>
    <w:p w14:paraId="6EA4E7DA" w14:textId="77777777" w:rsidR="001B01C5" w:rsidRDefault="008C3AC6">
      <w:r>
        <w:t>If you choose to join our mailing list, we may use your name and email address to send you helpful resources, tutoring tips, news and occasional information about our services and offers.</w:t>
      </w:r>
    </w:p>
    <w:p w14:paraId="475F8A7C" w14:textId="77777777" w:rsidR="001B01C5" w:rsidRDefault="008C3AC6">
      <w:r>
        <w:t>We only send marketing emails where we have an appropriate lawful basis to do so. You can unsubscribe at any time by clicking the unsubscribe link in any marketing email or by contacting us.</w:t>
      </w:r>
    </w:p>
    <w:p w14:paraId="37508D4A" w14:textId="77777777" w:rsidR="001B01C5" w:rsidRDefault="008C3AC6">
      <w:r>
        <w:t>We use Funnel Sketchers Ltd to help manage our mailing list and email communications. They process personal information on our behalf.</w:t>
      </w:r>
    </w:p>
    <w:p w14:paraId="28492C59" w14:textId="77777777" w:rsidR="001B01C5" w:rsidRDefault="008C3AC6">
      <w:pPr>
        <w:pStyle w:val="Heading1"/>
      </w:pPr>
      <w:r>
        <w:t>7. Website, Wix and cookies</w:t>
      </w:r>
    </w:p>
    <w:p w14:paraId="1A370B5B" w14:textId="77777777" w:rsidR="001B01C5" w:rsidRDefault="008C3AC6">
      <w:r>
        <w:t>Our website is hosted using Wix. Wix may process website visitor information on our behalf and uses cookies and similar technologies for purposes such as security, website functionality and, depending on the settings and consent chosen by a visitor, analytics.</w:t>
      </w:r>
    </w:p>
    <w:p w14:paraId="4CBB5E4D" w14:textId="77777777" w:rsidR="001B01C5" w:rsidRDefault="008C3AC6">
      <w:r>
        <w:lastRenderedPageBreak/>
        <w:t>We may use a cookie consent banner so that visitors can accept or refuse non-essential cookies where required. The cookies actually used on the website can change if website features, apps or integrations are added, so our cookie information and this notice may be updated from time to time.</w:t>
      </w:r>
    </w:p>
    <w:p w14:paraId="4B1D8B4F" w14:textId="77777777" w:rsidR="001B01C5" w:rsidRDefault="008C3AC6">
      <w:r>
        <w:t>We do not currently state that we use Google Analytics or Meta Pixel. If either service, or another advertising or analytics tool, is added later, we will review our cookie settings and privacy information.</w:t>
      </w:r>
    </w:p>
    <w:p w14:paraId="47763FA6" w14:textId="77777777" w:rsidR="001B01C5" w:rsidRDefault="008C3AC6">
      <w:pPr>
        <w:pStyle w:val="Heading1"/>
      </w:pPr>
      <w:r>
        <w:t>8. Social media</w:t>
      </w:r>
    </w:p>
    <w:p w14:paraId="1E749701" w14:textId="77777777" w:rsidR="001B01C5" w:rsidRDefault="008C3AC6">
      <w:r>
        <w:t>If you contact Thrive Together Tutoring through Facebook or Instagram, the relevant platform will also process information about your use of its service under its own privacy terms. We use information received through direct messages to respond to your enquiry and, where appropriate, arrange or manage tutoring.</w:t>
      </w:r>
    </w:p>
    <w:p w14:paraId="79D1B0B7" w14:textId="77777777" w:rsidR="001B01C5" w:rsidRDefault="008C3AC6">
      <w:pPr>
        <w:pStyle w:val="Heading1"/>
      </w:pPr>
      <w:r>
        <w:t>9. Payments</w:t>
      </w:r>
    </w:p>
    <w:p w14:paraId="7C7554E3" w14:textId="77777777" w:rsidR="001B01C5" w:rsidRDefault="008C3AC6">
      <w:r>
        <w:t>Clients pay Thrive Together Tutoring by bank transfer. We may receive information associated with a transfer, such as the payer's name, payment reference, amount and date. We use this information to identify payments, maintain financial records and meet applicable accounting and legal requirements. We do not collect or store payment-card details.</w:t>
      </w:r>
    </w:p>
    <w:p w14:paraId="3C4684C5" w14:textId="77777777" w:rsidR="001B01C5" w:rsidRDefault="008C3AC6">
      <w:pPr>
        <w:pStyle w:val="Heading1"/>
      </w:pPr>
      <w:r>
        <w:t>10. Who we share information with</w:t>
      </w:r>
    </w:p>
    <w:p w14:paraId="78606097" w14:textId="77777777" w:rsidR="001B01C5" w:rsidRDefault="008C3AC6">
      <w:r>
        <w:t>We do not sell or rent personal information. Where necessary, we may share or make information available to:</w:t>
      </w:r>
    </w:p>
    <w:p w14:paraId="246677B2" w14:textId="77777777" w:rsidR="001B01C5" w:rsidRDefault="008C3AC6">
      <w:pPr>
        <w:pStyle w:val="ListBullet"/>
      </w:pPr>
      <w:r>
        <w:t>Wix, as our website platform and related service provider;</w:t>
      </w:r>
    </w:p>
    <w:p w14:paraId="0A0A9E71" w14:textId="77777777" w:rsidR="001B01C5" w:rsidRDefault="008C3AC6">
      <w:pPr>
        <w:pStyle w:val="ListBullet"/>
      </w:pPr>
      <w:r>
        <w:t>Funnel Sketchers Ltd, for CRM, mailing-list and email-related services;</w:t>
      </w:r>
    </w:p>
    <w:p w14:paraId="546D000F" w14:textId="77777777" w:rsidR="001B01C5" w:rsidRDefault="008C3AC6">
      <w:pPr>
        <w:pStyle w:val="ListBullet"/>
      </w:pPr>
      <w:r>
        <w:t>email, communications, IT, cloud-storage or other service providers used to operate the business;</w:t>
      </w:r>
    </w:p>
    <w:p w14:paraId="74A82353" w14:textId="77777777" w:rsidR="001B01C5" w:rsidRDefault="008C3AC6">
      <w:pPr>
        <w:pStyle w:val="ListBullet"/>
      </w:pPr>
      <w:r>
        <w:t>banks and professional advisers where necessary; and</w:t>
      </w:r>
    </w:p>
    <w:p w14:paraId="71602C39" w14:textId="77777777" w:rsidR="001B01C5" w:rsidRDefault="008C3AC6">
      <w:pPr>
        <w:pStyle w:val="ListBullet"/>
      </w:pPr>
      <w:r>
        <w:t>regulators, law-enforcement bodies, courts or other authorities where required by law or where necessary to establish, exercise or defend legal rights.</w:t>
      </w:r>
    </w:p>
    <w:p w14:paraId="118D7754" w14:textId="77777777" w:rsidR="001B01C5" w:rsidRDefault="008C3AC6">
      <w:r>
        <w:t>We require service providers processing personal information on our behalf to handle it appropriately and only for the purposes for which it has been provided.</w:t>
      </w:r>
    </w:p>
    <w:p w14:paraId="7B27854A" w14:textId="77777777" w:rsidR="001B01C5" w:rsidRDefault="008C3AC6">
      <w:pPr>
        <w:pStyle w:val="Heading1"/>
      </w:pPr>
      <w:r>
        <w:t>11. International transfers</w:t>
      </w:r>
    </w:p>
    <w:p w14:paraId="3631556E" w14:textId="77777777" w:rsidR="001B01C5" w:rsidRDefault="008C3AC6">
      <w:r>
        <w:t>Some of the technology and service providers we use may process or store personal information outside the United Kingdom. Where UK data-protection law requires safeguards for an international transfer, we will rely on an appropriate lawful transfer mechanism or other applicable safeguard.</w:t>
      </w:r>
    </w:p>
    <w:p w14:paraId="1DA72605" w14:textId="77777777" w:rsidR="001B01C5" w:rsidRDefault="008C3AC6">
      <w:pPr>
        <w:pStyle w:val="Heading1"/>
      </w:pPr>
      <w:r>
        <w:t>12. How long we keep information</w:t>
      </w:r>
    </w:p>
    <w:p w14:paraId="306A451D" w14:textId="77777777" w:rsidR="001B01C5" w:rsidRDefault="008C3AC6">
      <w:r>
        <w:t>We keep personal information only for as long as reasonably necessary for the purpose for which it was collected, including legal, accounting, safeguarding and dispute-resolution requirements. Retention periods vary according to the type of record.</w:t>
      </w:r>
    </w:p>
    <w:p w14:paraId="77EA4552" w14:textId="77777777" w:rsidR="001B01C5" w:rsidRDefault="008C3AC6">
      <w:pPr>
        <w:pStyle w:val="ListBullet"/>
      </w:pPr>
      <w:r>
        <w:lastRenderedPageBreak/>
        <w:t>Enquiry information is kept only for as long as reasonably needed to deal with the enquiry and any appropriate follow-up.</w:t>
      </w:r>
    </w:p>
    <w:p w14:paraId="7172482F" w14:textId="77777777" w:rsidR="001B01C5" w:rsidRDefault="008C3AC6">
      <w:pPr>
        <w:pStyle w:val="ListBullet"/>
      </w:pPr>
      <w:r>
        <w:t>Tutoring and client records are retained for as long as needed to provide the service and for an appropriate period afterwards for legitimate business, safeguarding and legal purposes.</w:t>
      </w:r>
    </w:p>
    <w:p w14:paraId="48481468" w14:textId="77777777" w:rsidR="001B01C5" w:rsidRDefault="008C3AC6">
      <w:pPr>
        <w:pStyle w:val="ListBullet"/>
      </w:pPr>
      <w:r>
        <w:t>Financial and transaction records are retained for the period required by applicable tax and accounting law.</w:t>
      </w:r>
    </w:p>
    <w:p w14:paraId="1043B1D3" w14:textId="77777777" w:rsidR="001B01C5" w:rsidRDefault="008C3AC6">
      <w:pPr>
        <w:pStyle w:val="ListBullet"/>
      </w:pPr>
      <w:r>
        <w:t>Marketing information is retained while you remain subscribed, subject to appropriate suppression records after you unsubscribe.</w:t>
      </w:r>
    </w:p>
    <w:p w14:paraId="1009AF8A" w14:textId="77777777" w:rsidR="001B01C5" w:rsidRDefault="008C3AC6">
      <w:r>
        <w:t>Where information is no longer required, we will delete it or anonymise it where appropriate.</w:t>
      </w:r>
    </w:p>
    <w:p w14:paraId="5EA00A56" w14:textId="77777777" w:rsidR="001B01C5" w:rsidRDefault="008C3AC6">
      <w:pPr>
        <w:pStyle w:val="Heading1"/>
      </w:pPr>
      <w:r>
        <w:t>13. How we protect your information</w:t>
      </w:r>
    </w:p>
    <w:p w14:paraId="3CB970D7" w14:textId="77777777" w:rsidR="001B01C5" w:rsidRDefault="008C3AC6">
      <w:r>
        <w:t>We take reasonable technical and organisational measures to protect personal information against loss, misuse, unauthorised access, alteration or disclosure. These measures include appropriate password protection and restricting access to information to those who need it.</w:t>
      </w:r>
    </w:p>
    <w:p w14:paraId="312ABBA7" w14:textId="77777777" w:rsidR="001B01C5" w:rsidRDefault="008C3AC6">
      <w:r>
        <w:t>No online or electronic system can be guaranteed to be completely secure, but we regularly consider the measures appropriate to the information we hold.</w:t>
      </w:r>
    </w:p>
    <w:p w14:paraId="4F6DBD73" w14:textId="77777777" w:rsidR="001B01C5" w:rsidRDefault="008C3AC6">
      <w:pPr>
        <w:pStyle w:val="Heading1"/>
      </w:pPr>
      <w:r>
        <w:t>14. Your data-protection rights</w:t>
      </w:r>
    </w:p>
    <w:p w14:paraId="4009BF11" w14:textId="77777777" w:rsidR="001B01C5" w:rsidRDefault="008C3AC6">
      <w:r>
        <w:t>Depending on the circumstances, UK data-protection law may give you the right to:</w:t>
      </w:r>
    </w:p>
    <w:p w14:paraId="50F3C44B" w14:textId="77777777" w:rsidR="001B01C5" w:rsidRDefault="008C3AC6">
      <w:pPr>
        <w:pStyle w:val="ListBullet"/>
      </w:pPr>
      <w:r>
        <w:t>ask for access to the personal information we hold about you;</w:t>
      </w:r>
    </w:p>
    <w:p w14:paraId="32BE5846" w14:textId="77777777" w:rsidR="001B01C5" w:rsidRDefault="008C3AC6">
      <w:pPr>
        <w:pStyle w:val="ListBullet"/>
      </w:pPr>
      <w:r>
        <w:t>ask us to correct inaccurate or incomplete information;</w:t>
      </w:r>
    </w:p>
    <w:p w14:paraId="4B4D45E7" w14:textId="77777777" w:rsidR="001B01C5" w:rsidRDefault="008C3AC6">
      <w:pPr>
        <w:pStyle w:val="ListBullet"/>
      </w:pPr>
      <w:r>
        <w:t>ask us to erase your personal information in certain circumstances;</w:t>
      </w:r>
    </w:p>
    <w:p w14:paraId="6E7F8BE7" w14:textId="77777777" w:rsidR="001B01C5" w:rsidRDefault="008C3AC6">
      <w:pPr>
        <w:pStyle w:val="ListBullet"/>
      </w:pPr>
      <w:r>
        <w:t>ask us to restrict how we use your information in certain circumstances;</w:t>
      </w:r>
    </w:p>
    <w:p w14:paraId="2E2706B8" w14:textId="77777777" w:rsidR="001B01C5" w:rsidRDefault="008C3AC6">
      <w:pPr>
        <w:pStyle w:val="ListBullet"/>
      </w:pPr>
      <w:r>
        <w:t>object to certain processing, including the use of your information for direct marketing;</w:t>
      </w:r>
    </w:p>
    <w:p w14:paraId="2A39869B" w14:textId="77777777" w:rsidR="001B01C5" w:rsidRDefault="008C3AC6">
      <w:pPr>
        <w:pStyle w:val="ListBullet"/>
      </w:pPr>
      <w:r>
        <w:t>receive or transfer certain information in a portable format where the right applies; and</w:t>
      </w:r>
    </w:p>
    <w:p w14:paraId="7BED9FE7" w14:textId="77777777" w:rsidR="001B01C5" w:rsidRDefault="008C3AC6">
      <w:pPr>
        <w:pStyle w:val="ListBullet"/>
      </w:pPr>
      <w:r>
        <w:t>withdraw consent at any time where we rely on consent.</w:t>
      </w:r>
    </w:p>
    <w:p w14:paraId="661C5894" w14:textId="77777777" w:rsidR="001B01C5" w:rsidRDefault="008C3AC6">
      <w:r>
        <w:t>To exercise a right, contact us using the details at the start of this notice. These rights are not absolute and may be subject to legal exceptions.</w:t>
      </w:r>
    </w:p>
    <w:p w14:paraId="687F02C0" w14:textId="77777777" w:rsidR="001B01C5" w:rsidRDefault="008C3AC6">
      <w:pPr>
        <w:pStyle w:val="Heading1"/>
      </w:pPr>
      <w:r>
        <w:t>15. Complaints</w:t>
      </w:r>
    </w:p>
    <w:p w14:paraId="6B99698C" w14:textId="77777777" w:rsidR="001B01C5" w:rsidRDefault="008C3AC6">
      <w:r>
        <w:t>If you have concerns about how we use your personal information, please contact us first so that we can try to resolve them. You also have the right to complain to the Information Commissioner's Office (ICO), the UK's data-protection regulator.</w:t>
      </w:r>
    </w:p>
    <w:p w14:paraId="77730BFA" w14:textId="77777777" w:rsidR="001B01C5" w:rsidRDefault="008C3AC6">
      <w:pPr>
        <w:pStyle w:val="Heading1"/>
      </w:pPr>
      <w:r>
        <w:t>16. Changes to this Privacy Notice</w:t>
      </w:r>
    </w:p>
    <w:p w14:paraId="139F7A39" w14:textId="77777777" w:rsidR="001B01C5" w:rsidRDefault="008C3AC6">
      <w:r>
        <w:t>We may update this Privacy Notice when our services, website, suppliers or legal obligations change. The latest version will be published on our website with an updated date.</w:t>
      </w:r>
    </w:p>
    <w:p w14:paraId="68208EAF" w14:textId="77777777" w:rsidR="001B01C5" w:rsidRDefault="008C3AC6">
      <w:pPr>
        <w:pStyle w:val="Heading1"/>
      </w:pPr>
      <w:r>
        <w:lastRenderedPageBreak/>
        <w:t>17. Contact us</w:t>
      </w:r>
    </w:p>
    <w:p w14:paraId="440EAF55" w14:textId="77777777" w:rsidR="001B01C5" w:rsidRDefault="008C3AC6">
      <w:r>
        <w:t>Questions about this Privacy Notice or our use of personal information can be sent to:</w:t>
      </w:r>
    </w:p>
    <w:p w14:paraId="02692EF8" w14:textId="77777777" w:rsidR="001B01C5" w:rsidRDefault="008C3AC6">
      <w:pPr>
        <w:pStyle w:val="ListBullet"/>
      </w:pPr>
      <w:r>
        <w:t>Thrive Together Tutoring</w:t>
      </w:r>
    </w:p>
    <w:p w14:paraId="3DBC1AB1" w14:textId="74DFDBC9" w:rsidR="001B01C5" w:rsidRDefault="008C3AC6" w:rsidP="000C4404">
      <w:pPr>
        <w:pStyle w:val="ListBullet"/>
      </w:pPr>
      <w:r>
        <w:t>Email: thrivetogethertutoringuk@gmail.com</w:t>
      </w:r>
    </w:p>
    <w:sectPr w:rsidR="001B01C5"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A27CD" w14:textId="77777777" w:rsidR="008C3AC6" w:rsidRDefault="008C3AC6">
      <w:pPr>
        <w:spacing w:after="0" w:line="240" w:lineRule="auto"/>
      </w:pPr>
      <w:r>
        <w:separator/>
      </w:r>
    </w:p>
  </w:endnote>
  <w:endnote w:type="continuationSeparator" w:id="0">
    <w:p w14:paraId="1A84A55F" w14:textId="77777777" w:rsidR="008C3AC6" w:rsidRDefault="008C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4333" w14:textId="77777777" w:rsidR="001B01C5" w:rsidRDefault="008C3AC6">
    <w:pPr>
      <w:pStyle w:val="Footer"/>
      <w:jc w:val="center"/>
    </w:pPr>
    <w:r>
      <w:rPr>
        <w:sz w:val="16"/>
      </w:rPr>
      <w:t>Thrive Together Tutoring | Privacy Notice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36655" w14:textId="77777777" w:rsidR="008C3AC6" w:rsidRDefault="008C3AC6">
      <w:pPr>
        <w:spacing w:after="0" w:line="240" w:lineRule="auto"/>
      </w:pPr>
      <w:r>
        <w:separator/>
      </w:r>
    </w:p>
  </w:footnote>
  <w:footnote w:type="continuationSeparator" w:id="0">
    <w:p w14:paraId="2349D432" w14:textId="77777777" w:rsidR="008C3AC6" w:rsidRDefault="008C3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5875999">
    <w:abstractNumId w:val="8"/>
  </w:num>
  <w:num w:numId="2" w16cid:durableId="81269282">
    <w:abstractNumId w:val="6"/>
  </w:num>
  <w:num w:numId="3" w16cid:durableId="489100671">
    <w:abstractNumId w:val="5"/>
  </w:num>
  <w:num w:numId="4" w16cid:durableId="356977021">
    <w:abstractNumId w:val="4"/>
  </w:num>
  <w:num w:numId="5" w16cid:durableId="2006934373">
    <w:abstractNumId w:val="7"/>
  </w:num>
  <w:num w:numId="6" w16cid:durableId="826822901">
    <w:abstractNumId w:val="3"/>
  </w:num>
  <w:num w:numId="7" w16cid:durableId="1483159917">
    <w:abstractNumId w:val="2"/>
  </w:num>
  <w:num w:numId="8" w16cid:durableId="52240511">
    <w:abstractNumId w:val="1"/>
  </w:num>
  <w:num w:numId="9" w16cid:durableId="80611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AC6"/>
    <w:rsid w:val="0006063C"/>
    <w:rsid w:val="000C4404"/>
    <w:rsid w:val="0015074B"/>
    <w:rsid w:val="001B01C5"/>
    <w:rsid w:val="0029639D"/>
    <w:rsid w:val="00326F90"/>
    <w:rsid w:val="008C3AC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F91DF7"/>
  <w14:defaultImageDpi w14:val="300"/>
  <w15:docId w15:val="{2A4E94A5-234A-4350-834F-3FAE8908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Carter</cp:lastModifiedBy>
  <cp:revision>2</cp:revision>
  <dcterms:created xsi:type="dcterms:W3CDTF">2026-09-12T15:18:00Z</dcterms:created>
  <dcterms:modified xsi:type="dcterms:W3CDTF">2026-09-12T15:18:00Z</dcterms:modified>
  <cp:category/>
</cp:coreProperties>
</file>